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Job Application Email</w:t>
      </w:r>
    </w:p>
    <w:p>
      <w:r>
        <w:t>Dear Merin David,</w:t>
        <w:br/>
        <w:br/>
        <w:t>I came across your post regarding the open shipbuilding positions at Monetium Group and I am very interested in applying.</w:t>
        <w:br/>
        <w:br/>
        <w:t>Please find my CV attached for your consideration. I am eager to be considered for a suitable role based on my background and skills. I would be grateful for the opportunity to discuss how I may contribute to your team.</w:t>
        <w:br/>
        <w:br/>
        <w:t>Thank you for your time and consideration. I look forward to your response.</w:t>
        <w:br/>
        <w:br/>
        <w:t xml:space="preserve">Kind regards,  </w:t>
        <w:br/>
        <w:t>Dhrupad Pradeep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